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מגדלור הקוראים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פרטים, הסקה ורעיון מרכזי בטקסטים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טקסטים שונים ומטרת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לפי ההקשר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ומוצאים פרט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פרחים ועצי 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הסקה, רעיון מרכזי ומטרת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חם ושמשי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סוגי טקסטים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(טקסט שמספק עובדות על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(טקסט עם דמויות ועלילה)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(טקסט שמסביר שלבים לביצוע 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(טקסט אישי שכתוב לפי תאריכים)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קריאה חוזרת עוזרת להבין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הסקה היא מסקנה שלא כתובה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מילה בהקשר - השלימו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פרט הוא מידע שכתוב במפורש, הסקה היא מסקנה שמבינים לבד בלי שכתוב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מרכזי - הדבר החשוב ביותר; פרט - מידע קטן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- למשל טקסט על הפסקת שימוש בכלים חד פעמיים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המשפט שסביב המילה ולנחש לפי ההיגיון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רמות (נבט/טיל/אלופים) בהתאם לרמת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הקטעים הקצרים בקול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מסומנים כקשים יותר מתאימים להעמקה או לכיתות חזקות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מגדלור הקוראים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בתחנה הזאת תרגלו קריאת טקסטים מסוגים שונים - מידע, סיפור, הוראות, יומן, טיעון, מכתב וכתבה - וענו על שאלות הבנה שונות כדי להדליק מחדש את אור המגדלור.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גלים  ·  לא נפוץ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קוראים ומוצאים פרט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ציפורים רבות עפות בכל שנה מרחק של אלפי קילומטרים כדי למצוא מזג אוויר חם יותר. באיזו עונה הציפורים יוצאות לרוב למסע?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קראו: בגינה ברחוב הדקל שתלו הילדים פרחים צבעוניים ועצי פרי קטנים. מה שתלו הילדים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פרחים ועצי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עצי זית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הסקה, רעיון מרכזי ומטרת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בהוראות ליום טיול כתוב להביא כובע ומים, מה אפשר להסיק על מזג האוויר הצפוי?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חם ושמשי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גשום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סוגי טקסטים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טקסט אישי שכתוב לפי תאריכים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טקסט שמסביר שלבים לביצוע 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טקסט שמספק עובדות על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טקסט עם דמויות ועלילה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שעונים על שאלת הבנת הנקרא כדאי לקרוא את הטקסט יותר מפעם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הסקה היא מידע שכתוב במפורש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מילה בהקשר - השלימו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'נדיר' בסיפור על הציפורים מתארת משהו ש__________ ונצפה לעיתים רחוקות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במכתב מהמגדלור, המילה 'סוער' מתארת ים עם __________ חזקים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'פרט מהטקסט' לבין 'הסקה'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רעיון מרכזי לפרט מהטקסט?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לטקסט שמטרתו לשכנע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- מגדלור הקוראים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