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מגדלור הקוראים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פרטים, הסקה ורעיון מרכזי בטקסטים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ומטרת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ומוצאים פרט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פרחים ועצי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הכוכבות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הסקה, רעיון מרכזי ומטרת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חם ושמשי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לשכנע לשנות הרגל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חשיבות האור להכוונת ספינות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להסביר איך דבר מסוים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סוגי טקסטים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(טקסט שמספק עובדות על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(טקסט עם דמויות ועלילה)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(טקסט שמסביר שלבים לביצוע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(טקסט אישי שכתוב לפי תאריכים)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(טקסט שמנסה לשכנע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(טקסט שפונה לקורא מסוים ונחתם בשם הכותב)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קריאה חוזרת עוזרת 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הסקה היא מסקנה שלא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רעיון מרכזי ולצידו גם פרטים תומכים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ההקשר עוזר להבין משמעות מילה לא מוכרת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מילה בהקשר -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חשוב שהתלמיד יזהה נושא מרכזי הגיוני התואם לכותרת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 הוא מידע שכתוב במפורש, הסקה היא מסקנה שמבינים לבד בלי שכתוב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מרכזי - הדבר החשוב ביותר; פרט - מידע קטן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- למשל טקסט על הפסקת שימוש בכלים חד פעמיים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המשפט שסביב המילה ולנחש לפי ההיגיון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רמות (נבט/טיל/אלופים) בהתאם לרמת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הקטעים הקצרים בקול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מסומנים כקשים יותר מתאימים להעמקה או לכיתות חזקות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מגדלור הקוראים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כאן תקראו טקסטים קצרים ותענו על שאלות פשוטות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קטן ומדויק שכתוב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שמבינים גם בלי שכתוב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הכי חשוב שהטקסט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בהקשר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מילה לפי המשפט שסביבה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מטרת הכותב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נכתב הטקסט - לספר, להסביר, לשכנע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שמנסה לשכנע בדעה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עיתונאי שמספר על נושא מעניין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ומוצאים פרט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הציפורים עפות?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שתלו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פרחים ועצי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עצי זית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דשא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בקבוק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 נוחות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שימש כמחק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בבד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שם הקבוצה של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הסקה, רעיון מרכזי ומטרת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מזג האוויר יהיה?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ושמשי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נכתב הטקסט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לשנות הרגל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הנושא המרכזי במכתב?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בונים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חשיבות האור להכוונת 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תחזית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נכתבה הכתבה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להצחיק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איך דבר מסוים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זיכרון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סוגי טקסטים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אישי שכתוב לפי תאריכים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שמסביר שלבים לביצוע 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שמספק עובדות על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שמנסה לשכנע בדעה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שפונה לקורא מסוים ונחתם בשם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טקסט עם דמויות ועלילה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שעונים על שאלת הבנת הנקרא כדאי לקרוא את הטקסט יותר מפעם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הסקה היא מידע שכתוב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יש רק רעיון מרכזי אחד ולא פרטים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בהקשר נלמדת לפי המשפט שסביב אותה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מילה בהקשר -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'נדיר' בסיפור על הציפורים מתארת משהו ש__________ ונצפה לעיתים רחוקות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במכתב מהמגדלור, המילה 'סוער' מתארת ים עם __________ חזקים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בכתבה על האופניים, המילה 'מניע' פירושה גורם לדבר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ביומן של שחר, המילה 'עונה' מתייחסת לתקופת משחקים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מהטקסטים שהוזכרו (למשל הציפורים, הגינה או האופניים) וכתבו מה דעתכם הייתה הרעיון המרכזי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'פרט מהטקסט' לבין 'הסקה'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רעיון מרכזי לפרט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שמטרתו לשכנע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להבין מילה לא מוכרת בעזרת ההקשר?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- מגדלור הקוראים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