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מגדלור הקוראים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פרטים, הסקה ורעיון מרכזי בטקסטים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ומטרת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ומוצאים פרט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פרחים ועצי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הכוכבות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הסקה, רעיון מרכזי ומטרת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חם ושמשי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לשכנע לשנות הרגל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חשיבות האור להכוונת ספינות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להסביר איך דבר מסוים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סוגי טקסטים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(טקסט שמספק עובדות על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(טקסט עם דמויות ועלילה)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(טקסט שמסביר שלבים לביצוע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(טקסט אישי שכתוב לפי תאריכים)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(טקסט שמנסה לשכנע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(טקסט שפונה לקורא מסוים ונחתם בשם הכותב)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קריאה חוזרת עוזרת 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הסקה היא מסקנה שלא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רעיון מרכזי ולצידו גם פרטים תומכים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ההקשר עוזר להבין משמעות מילה לא מוכרת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מילה בהקשר -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חשוב שהתלמיד יזהה נושא מרכזי הגיוני התואם לכותרת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 הוא מידע שכתוב במפורש, הסקה היא מסקנה שמבינים לבד בלי שכתוב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מרכזי - הדבר החשוב ביותר; פרט - מידע קטן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- למשל טקסט על הפסקת שימוש בכלים חד פעמיים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המשפט שסביב המילה ולנחש לפי ההיגיון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רמות (נבט/טיל/אלופים) בהתאם לרמת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הקטעים הקצרים בקול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יותר מתאימים להעמקה או לכיתות חזקות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מגדלור הקוראים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הזאת תרגלו קריאת טקסטים מסוגים שונים - מידע, סיפור, הוראות, יומן, טיעון, מכתב וכתבה - וענו על שאלות הבנה שונות כדי להדליק מחדש את אור המגדלור.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ומוצאים פרט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ציפורים רבות עפות בכל שנה מרחק של אלפי קילומטרים כדי למצוא מזג אוויר חם יותר. באיזו עונה הציפורים יוצאות לרוב למסע?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קראו: בגינה ברחוב הדקל שתלו הילדים פרחים צבעוניים ועצי פרי קטנים. מה שתלו הילדים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פרחים ועצי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עצי זית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דשא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קראו: בהוראות ליום הטיול נכתב להביא כובע, בקבוק מים ונעליים נוחות. מה לא הוזכר ברשימת הציוד?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בקבוק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 נוחות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קראו: לפני שהומצא המחק, תלמידים השתמשו בפירורי לחם כדי למחוק כתיבה בעיפרון. במה השתמשו לפני שהיה מחק?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בבד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בפירורי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קראו: ביומן שלה כתבה שחר שהצטרפה לקבוצת הכדורסל הכוכבות בתחילת העונה. לאיזו קבוצה הצטרפה שחר?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הסקה, רעיון מרכזי ומטרת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בהוראות ליום טיול כתוב להביא כובע ומים, מה אפשר להסיק על מזג האוויר הצפוי?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ושמשי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טקסט שמסביר מדוע כדאי להפסיק להשתמש בכלים חד פעמיים במשך שבוע - מהי מטרת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לשנות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על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מכתב שנכתב בשם המגדלור ומספר על תפקידו בים - מה כנראה הרעיון המרכזי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בונים 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חשיבות האור להכוונת 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לדייגים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תחזית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כתבה שמסבירה כיצד גלגלי השיניים עוזרים לאופניים לנוע - מהי מטרת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להצחיק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איך דבר מסוים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זיכרון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סוגי טקסטים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עם דמויות ועלילה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שפונה לקורא מסוים ונחתם בשם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שמנסה לשכנע בדעה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שמספק עובדות על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אישי שכתוב לפי תאריכים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טקסט שמסביר שלבים לביצוע 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שעונים על שאלת הבנת הנקרא כדאי לקרוא את הטקסט יותר מפעם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הסקה היא מידע שכתוב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יש רק רעיון מרכזי אחד ולא פרטים נוספים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בהקשר נלמדת לפי המשפט שסביב אותה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מילה בהקשר -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'נדיר' בסיפור על הציפורים מתארת משהו ש__________ ונצפה לעיתים רחוקות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במכתב מהמגדלור, המילה 'סוער' מתארת ים עם __________ חזקים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בכתבה על האופניים, המילה 'מניע' פירושה גורם לדבר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ביומן של שחר, המילה 'עונה' מתייחסת לתקופת משחקים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מהטקסטים שהוזכרו (למשל הציפורים, הגינה או האופניים) וכתבו מה דעתכם הייתה הרעיון המרכזי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'פרט מהטקסט' לבין 'הסקה'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רעיון מרכזי לפרט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שמטרתו לשכנע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להבין מילה לא מוכרת בעזרת ההקשר?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- מגדלור הקוראים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